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הקשורים לראיון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התנהגות מתאימה ולא מתאימה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הכנה מעשית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להגיע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שאנשים חושבים עלינו ברגע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איחור בלי הודעה פוגע ברושם הראשוני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הכנה מראש מגבירה 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(מסמך עם ניסיון והשכלה)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(הגעה בזמן)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חושבים עלינו ברגע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 שמבקש 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לחקור על מקום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קורות חיים מעודכנים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בגדים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להגיע בזמן לראיון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לאחר בלי הודעה, לדבר רע על מקום עבודה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רושם ראשוני - מה חושבים עלינו בהתחלה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איחור או חוסר קשב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הכנה כמו קורות חיים ולבוש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משחק תפקידים בכיתה לאחר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בדוגמאות אישיות מהתלמידים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ניתן להתמקד בחלקים הפשוטים יותר (mc, tf)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המושגים והכישורים הדרושים להצלחה בראיון עבודה, בעזרת משימות בהשראת משחק חדר הבריחה 'הדרך לראיון'.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ביטחון  ·  לאחר  ·  קורות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חשוב לעשות לפני ראיון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להגיע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לאחר בכוונה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לדבר בטלפון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'רושם ראשוני'?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התוצאה הסופית של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שאנשים חושבים עלינו ברגע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קורות החיים שלנו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לאחר לראיון בלי להודיע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להתכונן מראש לשאלות נפוצות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הראיון חשוב להכין __________ חיים מעודכנים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חשוב להגיע בזמן ולא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רצוי לדבר ב__________ עצמי אך בלי להתרברב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קורות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חושבים עלינו ברגע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דייקנות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שמבקש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רושם ראשוני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מסמך עם ניסיון והשכלה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מועמד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הגעה בזמן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ההכנה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בגדים מתאימים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להגיע בזמן לראיון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לחקור על מקום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קורות חיים מעודכנים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דוגמאות להתנהגות שכדאי להימנע ממנה בראיון עבודה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רושם ראשוני?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להתנהגות לא מתאימה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