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מתאימה ולא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מעשית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שאנשים חושבים עלינו ברגע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להראות עניין אמיתי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בגדים מכובדים ונקיים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איחור בלי הודעה פוגע ברושם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הכנה מראש מגבירה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שפת גוף משדרת מסרים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רצינות והכנה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יוצר רושם שלילי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(מסמך עם ניסיון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(הגעה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חושבים עלינו ברגע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שמבקש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 שמחליט על קבלה לעבודה)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לחקור על מקום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קורות חיים מעודכנים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בגדים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להגיע בזמן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לשאול שאלות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לאחר בלי הודעה, לדבר רע על מקום עבודה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רושם ראשוני - מה חושבים עלינו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איחור או חוסר קשב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כמו קורות חיים ולבוש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בכיתה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אישיות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הפשוטים יותר (mc, tf)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ראיון עבודה. נלמד מה עושים ומה לא עושים בראיון.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בין מועמד למעסיק לפני קבלה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שמבקש לקבל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מעסיק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שמחליט מי יתקבל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שאנשים חושבים עלינו ברגע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דייקנות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בזמן המדויק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קורות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שמתאר ניסיון והשכלה של מועמד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ביכולות של 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 הגוף שמעבירות מסר בלי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לעשות לפני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להגיע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לאחר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לבוא בלי להתכונן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'רושם ראשוני'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התוצאה הסופית של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שאנשים חושבים עלינו ברגע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קורות החיים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השאלות שהמראיין 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לעשות בזמן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בתשומת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לענות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לשאול שאלות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להאריך את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עניין אמיתי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את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טוב ללבוש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מכובדים ונקיים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פיג׳מה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לאחר לראיון בלי להודיע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להתכונן מראש לשאלות נפוצות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לא משפיעה על רושם המראיין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להגיע לראיון עם קורות חיים מעודכנים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לדבר רע על מקום עבודה קודם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להכין __________ חיים מעודכנים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להגיע בזמן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רצוי לדבר ב__________ עצמי אך בלי להתרברב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הראשוני נוצר כבר בדקות הראשונות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שפת ה__________ חשובה לא פחות מהדיבור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קורות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שמבקש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דייקנות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עם ניסיון והשכלה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רושם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שמחליט על קבלה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הגעה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חושבים עלינו ברגע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בגדים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לחקור על מקום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בזמן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קורות חיים מעודכנים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להתנהגות שכדאי להימנע ממנה בראיון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רושם ראשוני?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מתאימה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להכין לפני 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