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הקשורים לראיון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התנהגות מתאימה ולא מתאימה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הכנה מעשית לקראת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להגיע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שאנשים חושבים עלינו ברגע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להקשיב בתשומת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להראות עניין אמיתי בעבודה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בגדים מכובדים ונקיים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איחור בלי הודעה פוגע ברושם הראשוני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הכנה מראש מגבירה ביטחון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שפת גוף משדרת מסרים חשובים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מראה רצינות והכנה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יוצר רושם שלילי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עמודות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(מסמך עם ניסיון והשכלה)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(הגעה בזמן)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(מה חושבים עלינו ברגע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 שמבקש 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(מי שמחליט על קבלה לעבודה)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לחקור על מקום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קורות חיים מעודכנים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בגדים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להגיע בזמן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לשאול שאלות בסוף הראיון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לאחר בלי הודעה, לדבר רע על מקום עבודה קודם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רושם ראשוני - מה חושבים עלינו בהתחלה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איחור או חוסר קשב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הכנה כמו קורות חיים ולבוש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משחק תפקידים בכיתה לאחר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בדוגמאות אישיות מהתלמידים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ניתן להתמקד בחלקים הפשוטים יותר (mc, tf)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המושגים והכישורים הדרושים להצלחה בראיון עבודה, בעזרת משימות בהשראת משחק חדר הבריחה 'הדרך לראיון'.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חשוב לעשות לפני ראיון 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להגיע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לאחר בכוונה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בטלפון באמצע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לבוא בלי להתכונן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'רושם ראשוני'?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התוצאה הסופית של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שאנשים חושבים עלינו ברגע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קורות החיים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השאלות שהמראיין שואל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התנהגות מתאימה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להסתכל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להקשיב בתשומת 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בלי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לענות לשאלות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להכין שאלות למראיין?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להאריך את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להראות עניין אמיתי בעבודה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לבלבל את המראיין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מומלץ ללבוש לראיון 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מכובדים ונקיים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בגדי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פיג׳מה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לאחר לראיון בלי להודיע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להתכונן מראש לשאלות נפוצות בראיון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שפת גוף לא משפיעה על רושם המראיין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להגיע לראיון עם קורות חיים מעודכנים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לדבר רע על מקום עבודה קודם בראיון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הראיון חשוב להכין __________ חיים מעודכנים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חשוב להגיע בזמן ולא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רצוי לדבר ב__________ עצמי אך בלי להתרברב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הראשוני נוצר כבר בדקות הראשונות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שפת ה__________ חשובה לא פחות מהדיבור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עמודות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קורות 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 שמחליט על קבלה לעבודה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דייקנות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מסמך עם ניסיון והשכלה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רושם ראשוני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הגעה בזמן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מועמד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חושבים עלינו ברגע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מעסיק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שמבקש 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ההכנה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שאלות בסוף הראיון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להגיע בזמן לראיון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לחקור על מקום העבודה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בגדים מתאימים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קורות חיים מעודכנים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דוגמאות להתנהגות שכדאי להימנע ממנה בראיון עבודה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רושם ראשוני?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לא מתאימה בראיון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להכין לפני ראיון 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 עבודה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